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חוצים עם מבוגר ומתי חובשים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בטוחים ולא בטוחים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משחקים רק בחצר, בגינה או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בטיחות הילדים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מכונית לא יכולה לעצור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יוצאים מהדלת שליד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כדי לוודא שהכביש עדיין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צעדי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לרכבים)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(הגנה על הראש באופניים)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(כיסא בטיחות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בטוח לחצות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מזכירה: לעצור לפני המדרכה, להביט לשני הצדדים, לחכות שהכביש פנוי, לחצות בהליכה, ולחצות עם מבוגר אם הילד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 ומחכים שהכביש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גיל 9, תמיד ביד 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הכיתוב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את ארבעת הצעדים בכיתה או בחצר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דרכים בטוחות ולא בטוחות שהם מכירים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הולכים ברחוב בבטחה, איך חוצים כביש נכון, ומה חשוב לזכור ברכב ובאופניים.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הולכי הרגל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צריך להביט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צריך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עד איזה גיל ילדים חוצים כביש עם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חובשים כשרוכבים על אופניים או קורקינט?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כדור ליד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במכונית יושבים במושב בטיחות או בבוסטר.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מכונית יכולה לעצור מיד כשרואים 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מהרכב מהדלת שליד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להמשיך להביט גם בזמן החצייה.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הולכים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שחוצים, עוצרים לפני 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רק ב__________ חצייה.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אופניים וקורקינט חובשים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עד גיל 9 חוצים את הכביש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צעדי החצייה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וממשיכים להביט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בטוח לחצות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כיסא בטיחות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 על הראש באופניים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לרכבים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מלמדים אח או אחות קטנים לחצות את הכביש. כתבו מה תגידו להם קודם, ומה אחר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חוצים את הכביש עם מבוגר?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חובשים כשרוכבים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צעדים 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