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 – צעדים ראשונים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הצעדים לחציית כביש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חוצים עם מבוגר ומתי חובשים קסדה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מקומות בטוחים ולא בטוחים ברחוב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ימינה, שמאלה ושוב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במעבר חצייה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קסדה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משחקים רק בחצר, בגינה או במגרש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שומרים על בטיחות הילדים ברכב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מכונית לא יכולה לעצור בבת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יוצאים מהדלת שליד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כדי לוודא שהכביש עדיין פנוי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קסדה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צעדי החצייה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לפני שפת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מביטים ימינה, שמאלה ושוב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ומחכים שהכביש יהיה פנוי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בהליכה וממשיכים להביט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(מקום להולכי 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(מקום לרכבים)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(הגנה על הראש באופניים)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(כיסא בטיחות ברכב)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(מקום בטוח לחצות את הכביש)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מזכירה: לעצור לפני המדרכה, להביט לשני הצדדים, לחכות שהכביש פנוי, לחצות בהליכה, ולחצות עם מבוגר אם הילד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מביטים לצדדים ומחכים שהכביש פנוי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עד גיל 9, תמיד ביד חזקה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קסדה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הכיתוב בקול רם יחד עם התלמידים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בפועל את ארבעת הצעדים בכיתה או בחצר לפני העבודה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לספר על דרכים בטוחות ולא בטוחות שהם מכירים מהדרך לבית הספר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 – צעדים ראשונים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איך ללכת ברחוב בזהירות ואיך לחצות כביש נכון, שלב אחרי שלב.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מִדְרָכָה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הולכים ברגל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כְּבִיש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נוסעים רכבים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מַעֲבַר חֲצִייָה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מיוחד שבו חוצים את הכביש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קַסְדָּה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כובע קשה שמגן על הראש באופניים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חֲגוֹרַת בְּטִיחוּת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רצועה שקושרים ברכב כדי להישאר בטוחים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בּוּסְטֶר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כיסא מיוחד לילדים ברכב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נַהָג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שנוהג ברכב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הולכים ברגל?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לאן מביטים לפני חציה?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ימינה, שמאלה ושוב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צריך להביט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עד איזה גיל חוצים עם מבוגר?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מותר לחצות?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במעבר חצייה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ליד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שמים על הראש באופניים?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כובע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קסדה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לשחק כדור ליד הכביש.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במכונית יושבים במושב בטיחות או בבוסטר.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מכונית יכולה לעצור מיד כשרואים ילד.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מהרכב מהדלת שליד הכביש.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להמשיך להביט גם בזמן החצייה.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הולכים על ה__________ ולא על הכביש.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שחוצים, עוצרים לפני שפת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חוצים את הכביש רק ב__________ חצייה.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על אופניים וקורקינט חובשים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ילדים עד גיל 9 חוצים את הכביש עם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צעדי החצייה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בהליכה וממשיכים להביט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ומחכים שהכביש יהיה פנוי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מביטים ימינה, שמאלה ושוב ימינה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לפני שפת המדרכה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כיסא בטיחות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בטוח לחצות את הכביש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קסדה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להולכי 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בוסטר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הגנה על הראש באופניים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מעבר חצייה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לרכבים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מלמדים אח או אחות קטנים לחצות את הכביש. כתבו מה תגידו להם קודם, ומה אחר כך.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לפני שחוצים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חוצים את הכביש עם מבוגר?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חובשים כשרוכבים על אופניים?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זהירות בדרכים – צעדים ראשונים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