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צעדים 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הצעדים לחציית כביש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חוצים עם מבוגר ומתי חובשים קסדה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בטוחים ולא בטוחים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ימינה, שמאלה ושוב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משחקים רק בחצר, בגינה או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שומרים על בטיחות הילדים ברכב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צעדי החצייה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לפני 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מביטים ימינה, 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ומחכים שהכביש יהיה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בהליכה וממשיכים להביט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להולכי 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לרכבים)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(הגנה על הראש באופניים)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מזכירה: לעצור לפני המדרכה, להביט לשני הצדדים, לחכות שהכביש פנוי, לחצות בהליכה, ולחצות עם מבוגר אם הילד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עוצרים, מביטים לצדדים ומחכים שהכביש 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גיל 9, תמיד ביד חזקה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הכיתוב בקול רם יחד עם התלמידים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בפועל את ארבעת הצעדים בכיתה או בחצר לפני העבודה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לספר על דרכים בטוחות ולא בטוחות שהם מכירים מהדרך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 – צעדים ראשונים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הולכים ברחוב בבטחה, איך חוצים כביש נכון, ומה חשוב לזכור ברכב ובאופניים.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מעבר  ·  מדרכה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הולכים הולכי הרגל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פעמים צריך להביט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ימינה, שמאלה ושוב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שמאלה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לשחק כדור ליד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במכונית יושבים במושב בטיחות או בבוסטר.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הולכים על ה__________ ולא על הכביש.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חוצים את הכביש רק ב__________ חצייה.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צעדי החצייה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ומחכים שהכביש יהיה פנוי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חוצים בהליכה וממשיכים להביט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לפני שפת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מביטים ימינה, שמאלה ושוב ימינה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הגנה על הראש באופניים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להולכי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לרכבים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מלמדים אח או אחות קטנים לחצות את הכביש. כתבו מה תגידו להם קודם, ומה אחר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לפני 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חוצים את הכביש עם מבוגר?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 – צעדים ראשונים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